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szkoły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7D7E228D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>do Wojewódzkiego Konkursu z .......................................................... 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przedmiotu</w:t>
      </w:r>
      <w:proofErr w:type="spellEnd"/>
      <w:r w:rsidRPr="00352867">
        <w:rPr>
          <w:rFonts w:ascii="Lato" w:hAnsi="Lato" w:cs="Lato"/>
          <w:b/>
          <w:sz w:val="20"/>
          <w:szCs w:val="20"/>
        </w:rPr>
        <w:t>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</w:r>
      <w:proofErr w:type="spellStart"/>
      <w:r w:rsidRPr="00352867">
        <w:rPr>
          <w:rFonts w:ascii="Lato" w:hAnsi="Lato" w:cs="Lato"/>
          <w:b/>
          <w:sz w:val="20"/>
          <w:szCs w:val="20"/>
        </w:rPr>
        <w:t>dla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uczniów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województwa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B0070A2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Imię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)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</w:t>
      </w:r>
      <w:proofErr w:type="spellStart"/>
      <w:r w:rsidRPr="00352867">
        <w:rPr>
          <w:rFonts w:ascii="Lato" w:hAnsi="Lato" w:cs="Lato"/>
          <w:sz w:val="20"/>
          <w:szCs w:val="20"/>
        </w:rPr>
        <w:t>przypadku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również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982886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B8195A">
        <w:rPr>
          <w:rFonts w:ascii="Lato" w:hAnsi="Lato" w:cs="Lato"/>
          <w:sz w:val="20"/>
          <w:szCs w:val="20"/>
        </w:rPr>
        <w:t xml:space="preserve">III </w:t>
      </w:r>
      <w:proofErr w:type="spellStart"/>
      <w:r w:rsidR="00B8195A">
        <w:rPr>
          <w:rFonts w:ascii="Lato" w:hAnsi="Lato" w:cs="Lato"/>
          <w:sz w:val="20"/>
          <w:szCs w:val="20"/>
        </w:rPr>
        <w:t>Społeczna</w:t>
      </w:r>
      <w:proofErr w:type="spellEnd"/>
      <w:r w:rsidR="00B8195A">
        <w:rPr>
          <w:rFonts w:ascii="Lato" w:hAnsi="Lato" w:cs="Lato"/>
          <w:sz w:val="20"/>
          <w:szCs w:val="20"/>
        </w:rPr>
        <w:t xml:space="preserve"> </w:t>
      </w:r>
      <w:proofErr w:type="spellStart"/>
      <w:r w:rsidR="00B8195A">
        <w:rPr>
          <w:rFonts w:ascii="Lato" w:hAnsi="Lato" w:cs="Lato"/>
          <w:sz w:val="20"/>
          <w:szCs w:val="20"/>
        </w:rPr>
        <w:t>Szkoła</w:t>
      </w:r>
      <w:proofErr w:type="spellEnd"/>
      <w:r w:rsidR="00B8195A">
        <w:rPr>
          <w:rFonts w:ascii="Lato" w:hAnsi="Lato" w:cs="Lato"/>
          <w:sz w:val="20"/>
          <w:szCs w:val="20"/>
        </w:rPr>
        <w:t xml:space="preserve"> </w:t>
      </w:r>
      <w:proofErr w:type="spellStart"/>
      <w:r w:rsidR="00B8195A">
        <w:rPr>
          <w:rFonts w:ascii="Lato" w:hAnsi="Lato" w:cs="Lato"/>
          <w:sz w:val="20"/>
          <w:szCs w:val="20"/>
        </w:rPr>
        <w:t>Podstawowa</w:t>
      </w:r>
      <w:proofErr w:type="spellEnd"/>
      <w:r w:rsidR="00B8195A">
        <w:rPr>
          <w:rFonts w:ascii="Lato" w:hAnsi="Lato" w:cs="Lato"/>
          <w:sz w:val="20"/>
          <w:szCs w:val="20"/>
        </w:rPr>
        <w:t xml:space="preserve"> </w:t>
      </w:r>
      <w:proofErr w:type="spellStart"/>
      <w:r w:rsidR="00B8195A">
        <w:rPr>
          <w:rFonts w:ascii="Lato" w:hAnsi="Lato" w:cs="Lato"/>
          <w:sz w:val="20"/>
          <w:szCs w:val="20"/>
        </w:rPr>
        <w:t>Społecznego</w:t>
      </w:r>
      <w:proofErr w:type="spellEnd"/>
      <w:r w:rsidR="00B8195A">
        <w:rPr>
          <w:rFonts w:ascii="Lato" w:hAnsi="Lato" w:cs="Lato"/>
          <w:sz w:val="20"/>
          <w:szCs w:val="20"/>
        </w:rPr>
        <w:t xml:space="preserve"> </w:t>
      </w:r>
      <w:proofErr w:type="spellStart"/>
      <w:r w:rsidR="00B8195A">
        <w:rPr>
          <w:rFonts w:ascii="Lato" w:hAnsi="Lato" w:cs="Lato"/>
          <w:sz w:val="20"/>
          <w:szCs w:val="20"/>
        </w:rPr>
        <w:t>Towarzystwa</w:t>
      </w:r>
      <w:proofErr w:type="spellEnd"/>
      <w:r w:rsidR="00B8195A">
        <w:rPr>
          <w:rFonts w:ascii="Lato" w:hAnsi="Lato" w:cs="Lato"/>
          <w:sz w:val="20"/>
          <w:szCs w:val="20"/>
        </w:rPr>
        <w:t xml:space="preserve"> </w:t>
      </w:r>
      <w:proofErr w:type="spellStart"/>
      <w:r w:rsidR="00B8195A">
        <w:rPr>
          <w:rFonts w:ascii="Lato" w:hAnsi="Lato" w:cs="Lato"/>
          <w:sz w:val="20"/>
          <w:szCs w:val="20"/>
        </w:rPr>
        <w:t>Oświatowego</w:t>
      </w:r>
      <w:proofErr w:type="spellEnd"/>
      <w:r w:rsidR="00B8195A">
        <w:rPr>
          <w:rFonts w:ascii="Lato" w:hAnsi="Lato" w:cs="Lato"/>
          <w:sz w:val="20"/>
          <w:szCs w:val="20"/>
        </w:rPr>
        <w:t xml:space="preserve"> </w:t>
      </w:r>
    </w:p>
    <w:p w14:paraId="317B45EB" w14:textId="39AC6E7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B8195A">
        <w:rPr>
          <w:rFonts w:ascii="Lato" w:hAnsi="Lato" w:cs="Lato"/>
          <w:sz w:val="20"/>
          <w:szCs w:val="20"/>
        </w:rPr>
        <w:t xml:space="preserve">ul. </w:t>
      </w:r>
      <w:proofErr w:type="spellStart"/>
      <w:r w:rsidR="00B8195A">
        <w:rPr>
          <w:rFonts w:ascii="Lato" w:hAnsi="Lato" w:cs="Lato"/>
          <w:sz w:val="20"/>
          <w:szCs w:val="20"/>
        </w:rPr>
        <w:t>Waryńskiego</w:t>
      </w:r>
      <w:proofErr w:type="spellEnd"/>
      <w:r w:rsidR="00B8195A">
        <w:rPr>
          <w:rFonts w:ascii="Lato" w:hAnsi="Lato" w:cs="Lato"/>
          <w:sz w:val="20"/>
          <w:szCs w:val="20"/>
        </w:rPr>
        <w:t xml:space="preserve"> 36</w:t>
      </w:r>
    </w:p>
    <w:p w14:paraId="61360609" w14:textId="2EAACCF0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B8195A">
        <w:rPr>
          <w:rFonts w:ascii="Lato" w:hAnsi="Lato" w:cs="Lato"/>
          <w:sz w:val="20"/>
          <w:szCs w:val="20"/>
        </w:rPr>
        <w:t xml:space="preserve">80-433 </w:t>
      </w:r>
      <w:proofErr w:type="spellStart"/>
      <w:r w:rsidR="00B8195A">
        <w:rPr>
          <w:rFonts w:ascii="Lato" w:hAnsi="Lato" w:cs="Lato"/>
          <w:sz w:val="20"/>
          <w:szCs w:val="20"/>
        </w:rPr>
        <w:t>Gdańsk</w:t>
      </w:r>
      <w:proofErr w:type="spellEnd"/>
    </w:p>
    <w:p w14:paraId="709273EA" w14:textId="53E55B6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proofErr w:type="spellStart"/>
      <w:r w:rsidR="00B8195A">
        <w:rPr>
          <w:rFonts w:ascii="Lato" w:hAnsi="Lato" w:cs="Lato"/>
          <w:sz w:val="20"/>
          <w:szCs w:val="20"/>
        </w:rPr>
        <w:t>Gdańsk</w:t>
      </w:r>
      <w:proofErr w:type="spellEnd"/>
      <w:r w:rsidR="00B8195A">
        <w:rPr>
          <w:rFonts w:ascii="Lato" w:hAnsi="Lato" w:cs="Lato"/>
          <w:sz w:val="20"/>
          <w:szCs w:val="20"/>
        </w:rPr>
        <w:t xml:space="preserve"> </w:t>
      </w:r>
    </w:p>
    <w:p w14:paraId="3D75C062" w14:textId="0AC9F1CD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proofErr w:type="spellStart"/>
      <w:r w:rsidR="00B8195A">
        <w:rPr>
          <w:rFonts w:ascii="Lato" w:hAnsi="Lato" w:cs="Lato"/>
          <w:sz w:val="20"/>
          <w:szCs w:val="20"/>
        </w:rPr>
        <w:t>Gdańsk</w:t>
      </w:r>
      <w:proofErr w:type="spellEnd"/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możliwości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wyłącznie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jego zastosowania, bez przekazywania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medycznej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to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Zezwalam</w:t>
      </w:r>
      <w:proofErr w:type="spellEnd"/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zezwalam</w:t>
      </w:r>
      <w:proofErr w:type="spellEnd"/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Wojewódzkiej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Gali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Konkursie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Podstawą rozpowszechniania wizerunku jest art. 81 ust. 1 ustawy o prawie </w:t>
      </w:r>
      <w:proofErr w:type="spellStart"/>
      <w:r w:rsidRPr="00352867">
        <w:rPr>
          <w:rFonts w:ascii="Lato" w:hAnsi="Lato" w:cs="Lato"/>
          <w:sz w:val="20"/>
          <w:szCs w:val="20"/>
        </w:rPr>
        <w:lastRenderedPageBreak/>
        <w:t>autorskim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prawach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pokrewnych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</w:t>
      </w:r>
      <w:proofErr w:type="spellStart"/>
      <w:r w:rsidRPr="00352867">
        <w:rPr>
          <w:rFonts w:ascii="Lato" w:hAnsi="Lato" w:cs="Lato"/>
          <w:sz w:val="20"/>
          <w:szCs w:val="20"/>
        </w:rPr>
        <w:t>zasady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związanych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7ECB7F6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szkoła</w:t>
      </w:r>
      <w:proofErr w:type="spellEnd"/>
      <w:r w:rsidRPr="00352867">
        <w:rPr>
          <w:rFonts w:ascii="Lato" w:hAnsi="Lato" w:cs="Lato"/>
          <w:sz w:val="20"/>
          <w:szCs w:val="20"/>
        </w:rPr>
        <w:t>:</w:t>
      </w:r>
      <w:r w:rsidR="005100D7">
        <w:rPr>
          <w:rFonts w:ascii="Lato" w:hAnsi="Lato" w:cs="Lato"/>
          <w:sz w:val="20"/>
          <w:szCs w:val="20"/>
        </w:rPr>
        <w:t xml:space="preserve"> </w:t>
      </w:r>
      <w:r w:rsidR="005100D7">
        <w:rPr>
          <w:rFonts w:ascii="Lato" w:hAnsi="Lato" w:cs="Lato"/>
          <w:sz w:val="20"/>
          <w:szCs w:val="20"/>
        </w:rPr>
        <w:t xml:space="preserve">III </w:t>
      </w:r>
      <w:proofErr w:type="spellStart"/>
      <w:r w:rsidR="005100D7">
        <w:rPr>
          <w:rFonts w:ascii="Lato" w:hAnsi="Lato" w:cs="Lato"/>
          <w:sz w:val="20"/>
          <w:szCs w:val="20"/>
        </w:rPr>
        <w:t>Społeczna</w:t>
      </w:r>
      <w:proofErr w:type="spellEnd"/>
      <w:r w:rsidR="005100D7">
        <w:rPr>
          <w:rFonts w:ascii="Lato" w:hAnsi="Lato" w:cs="Lato"/>
          <w:sz w:val="20"/>
          <w:szCs w:val="20"/>
        </w:rPr>
        <w:t xml:space="preserve"> </w:t>
      </w:r>
      <w:proofErr w:type="spellStart"/>
      <w:r w:rsidR="005100D7">
        <w:rPr>
          <w:rFonts w:ascii="Lato" w:hAnsi="Lato" w:cs="Lato"/>
          <w:sz w:val="20"/>
          <w:szCs w:val="20"/>
        </w:rPr>
        <w:t>Szkoła</w:t>
      </w:r>
      <w:proofErr w:type="spellEnd"/>
      <w:r w:rsidR="005100D7">
        <w:rPr>
          <w:rFonts w:ascii="Lato" w:hAnsi="Lato" w:cs="Lato"/>
          <w:sz w:val="20"/>
          <w:szCs w:val="20"/>
        </w:rPr>
        <w:t xml:space="preserve"> </w:t>
      </w:r>
      <w:proofErr w:type="spellStart"/>
      <w:r w:rsidR="005100D7">
        <w:rPr>
          <w:rFonts w:ascii="Lato" w:hAnsi="Lato" w:cs="Lato"/>
          <w:sz w:val="20"/>
          <w:szCs w:val="20"/>
        </w:rPr>
        <w:t>Podstawowa</w:t>
      </w:r>
      <w:proofErr w:type="spellEnd"/>
      <w:r w:rsidR="005100D7">
        <w:rPr>
          <w:rFonts w:ascii="Lato" w:hAnsi="Lato" w:cs="Lato"/>
          <w:sz w:val="20"/>
          <w:szCs w:val="20"/>
        </w:rPr>
        <w:t xml:space="preserve"> S</w:t>
      </w:r>
      <w:r w:rsidR="005100D7">
        <w:rPr>
          <w:rFonts w:ascii="Lato" w:hAnsi="Lato" w:cs="Lato"/>
          <w:sz w:val="20"/>
          <w:szCs w:val="20"/>
        </w:rPr>
        <w:t>TO</w:t>
      </w:r>
    </w:p>
    <w:p w14:paraId="32FBF02A" w14:textId="1E64CD9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r w:rsidR="005100D7">
        <w:rPr>
          <w:rFonts w:ascii="Lato" w:hAnsi="Lato" w:cs="Lato"/>
          <w:sz w:val="20"/>
          <w:szCs w:val="20"/>
        </w:rPr>
        <w:t>58/ 341 70 25</w:t>
      </w:r>
    </w:p>
    <w:p w14:paraId="063954CD" w14:textId="4C70D54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szkoły: </w:t>
      </w:r>
      <w:hyperlink r:id="rId8" w:history="1">
        <w:r w:rsidR="005100D7">
          <w:rPr>
            <w:rStyle w:val="Hipercze"/>
            <w:rFonts w:ascii="Arial Narrow" w:hAnsi="Arial Narrow"/>
            <w:sz w:val="20"/>
            <w:szCs w:val="20"/>
          </w:rPr>
          <w:t>sto3gdansk@sto3.gda.pl</w:t>
        </w:r>
      </w:hyperlink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są przetwarzane w celu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przeprowadzenia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oraz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osób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których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>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Konkursie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mogą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</w:t>
      </w:r>
      <w:proofErr w:type="spellStart"/>
      <w:r w:rsidRPr="00352867">
        <w:rPr>
          <w:rFonts w:ascii="Lato" w:hAnsi="Lato" w:cs="Lato"/>
          <w:sz w:val="20"/>
          <w:szCs w:val="20"/>
        </w:rPr>
        <w:t>rejonowego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W </w:t>
      </w:r>
      <w:proofErr w:type="spellStart"/>
      <w:r w:rsidRPr="00352867">
        <w:rPr>
          <w:rFonts w:ascii="Lato" w:hAnsi="Lato" w:cs="Lato"/>
          <w:sz w:val="20"/>
          <w:szCs w:val="20"/>
        </w:rPr>
        <w:t>zakresie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Pomorski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SKK do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Pomorski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celu weryfikacji wyniku stopnia I, kwalifikacji do stopnia II i dalszej realizacji Konkursu.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9"/>
      <w:footerReference w:type="default" r:id="rId10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55CAD" w14:textId="77777777" w:rsidR="00EE4207" w:rsidRDefault="00EE4207">
      <w:pPr>
        <w:spacing w:after="0" w:line="240" w:lineRule="auto"/>
      </w:pPr>
      <w:r>
        <w:separator/>
      </w:r>
    </w:p>
  </w:endnote>
  <w:endnote w:type="continuationSeparator" w:id="0">
    <w:p w14:paraId="6665522F" w14:textId="77777777" w:rsidR="00EE4207" w:rsidRDefault="00EE4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5BDC5" w14:textId="77777777" w:rsidR="00EE4207" w:rsidRDefault="00EE4207">
      <w:pPr>
        <w:spacing w:after="0" w:line="240" w:lineRule="auto"/>
      </w:pPr>
      <w:r>
        <w:separator/>
      </w:r>
    </w:p>
  </w:footnote>
  <w:footnote w:type="continuationSeparator" w:id="0">
    <w:p w14:paraId="3D00A994" w14:textId="77777777" w:rsidR="00EE4207" w:rsidRDefault="00EE4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BDEB" w14:textId="09626A7A" w:rsidR="00300FAC" w:rsidRPr="00352867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 xml:space="preserve">Załącznik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z……. 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411193"/>
    <w:rsid w:val="005100D7"/>
    <w:rsid w:val="00535C1D"/>
    <w:rsid w:val="00552DFF"/>
    <w:rsid w:val="0069772A"/>
    <w:rsid w:val="0078477F"/>
    <w:rsid w:val="00887072"/>
    <w:rsid w:val="00936BB1"/>
    <w:rsid w:val="00A14621"/>
    <w:rsid w:val="00A67B2E"/>
    <w:rsid w:val="00A71650"/>
    <w:rsid w:val="00AA1D8D"/>
    <w:rsid w:val="00B2368F"/>
    <w:rsid w:val="00B47730"/>
    <w:rsid w:val="00B8195A"/>
    <w:rsid w:val="00BE6293"/>
    <w:rsid w:val="00BF64B4"/>
    <w:rsid w:val="00C81A2F"/>
    <w:rsid w:val="00CB0664"/>
    <w:rsid w:val="00D63C7B"/>
    <w:rsid w:val="00EE42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uiPriority w:val="99"/>
    <w:semiHidden/>
    <w:unhideWhenUsed/>
    <w:rsid w:val="005100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o3gdansk@sto3.g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841</Words>
  <Characters>5046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Małgorzata Redzimska</cp:lastModifiedBy>
  <cp:revision>13</cp:revision>
  <cp:lastPrinted>2026-08-27T08:48:00Z</cp:lastPrinted>
  <dcterms:created xsi:type="dcterms:W3CDTF">2013-12-23T23:15:00Z</dcterms:created>
  <dcterms:modified xsi:type="dcterms:W3CDTF">2026-10-02T15:34:00Z</dcterms:modified>
  <cp:category/>
</cp:coreProperties>
</file>